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b/>
          <w:sz w:val="24"/>
        </w:rPr>
        <w:t>COMO USAR ESTE MODELO</w:t>
      </w:r>
    </w:p>
    <w:p>
      <w:pPr>
        <w:spacing w:before="0" w:after="40"/>
      </w:pPr>
      <w:r>
        <w:rPr>
          <w:b w:val="0"/>
          <w:sz w:val="20"/>
        </w:rPr>
        <w:t>1. Envie este proprio arquivo (.docx) ou exporte em PDF - os dois servem. O .docx costuma dar leitura melhor.</w:t>
      </w:r>
    </w:p>
    <w:p>
      <w:pPr>
        <w:spacing w:before="0" w:after="40"/>
      </w:pPr>
      <w:r>
        <w:rPr>
          <w:b w:val="0"/>
          <w:sz w:val="20"/>
        </w:rPr>
        <w:t>2. Nomeie o arquivo assim: Avaliacao 2 Bimestre - 1a - Geografia - Seu Nome</w:t>
      </w:r>
    </w:p>
    <w:p>
      <w:pPr>
        <w:spacing w:before="0" w:after="40"/>
      </w:pPr>
      <w:r>
        <w:rPr>
          <w:b w:val="0"/>
          <w:sz w:val="20"/>
        </w:rPr>
        <w:t>3. Escreva a numeracao das questoes de 1 ate a ultima, sem pular nem repetir.</w:t>
      </w:r>
    </w:p>
    <w:p>
      <w:pPr>
        <w:spacing w:before="0" w:after="40"/>
      </w:pPr>
      <w:r>
        <w:rPr>
          <w:b w:val="0"/>
          <w:sz w:val="20"/>
        </w:rPr>
        <w:t>4. Use alternativas em A), B), C), D), E) - nessa ordem.</w:t>
      </w:r>
    </w:p>
    <w:p>
      <w:pPr>
        <w:spacing w:before="0" w:after="40"/>
      </w:pPr>
      <w:r>
        <w:rPr>
          <w:b w:val="0"/>
          <w:sz w:val="20"/>
        </w:rPr>
        <w:t>5. Apague este bloco antes de enviar (se esquecer, o sistema ignora).</w:t>
      </w:r>
    </w:p>
    <w:p>
      <w:pPr>
        <w:spacing w:before="0" w:after="200"/>
      </w:pPr>
      <w:r>
        <w:rPr>
          <w:b w:val="0"/>
          <w:sz w:val="22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</w:tcPr>
          <w:p>
            <w:pPr>
              <w:jc w:val="center"/>
            </w:pPr>
            <w:r>
              <w:rPr>
                <w:b/>
                <w:sz w:val="22"/>
              </w:rPr>
              <w:t>AVALIACAO - 2o BIMESTRE</w:t>
              <w:br/>
              <w:t>Disciplina: Geografia    Serie: 1a    Professor(a): Seu Nome</w:t>
            </w:r>
          </w:p>
        </w:tc>
      </w:tr>
      <w:tr>
        <w:tc>
          <w:tcPr>
            <w:tcW w:type="dxa" w:w="10200"/>
          </w:tcPr>
          <w:p>
            <w:r>
              <w:rPr>
                <w:b/>
              </w:rPr>
              <w:t>Observacoes:</w:t>
            </w:r>
            <w:r>
              <w:rPr>
                <w:sz w:val="18"/>
              </w:rPr>
              <w:br/>
              <w:t>1. Leia atentamente todas as questoes antes de responder;</w:t>
            </w:r>
            <w:r>
              <w:rPr>
                <w:sz w:val="18"/>
              </w:rPr>
              <w:br/>
              <w:t>2. Nao e permitido o uso de corretivo;</w:t>
            </w:r>
            <w:r>
              <w:rPr>
                <w:sz w:val="18"/>
              </w:rPr>
              <w:br/>
              <w:t>3. Responda a caneta azul ou preta;</w:t>
            </w:r>
            <w:r>
              <w:rPr>
                <w:sz w:val="18"/>
              </w:rPr>
              <w:br/>
              <w:t>4. A prova deve ser entregue ao final do tempo estipulado;</w:t>
            </w:r>
          </w:p>
        </w:tc>
      </w:tr>
    </w:tbl>
    <w:p>
      <w:pPr>
        <w:spacing w:before="0" w:after="160"/>
      </w:pPr>
      <w:r>
        <w:rPr>
          <w:b w:val="0"/>
          <w:sz w:val="22"/>
        </w:rPr>
      </w:r>
    </w:p>
    <w:p>
      <w:pPr>
        <w:sectPr>
          <w:pgSz w:w="12240" w:h="15840"/>
          <w:pgMar w:top="850" w:right="1020" w:bottom="850" w:left="1020" w:header="720" w:footer="720" w:gutter="0"/>
          <w:cols w:space="720"/>
          <w:docGrid w:linePitch="360"/>
        </w:sectPr>
      </w:pPr>
    </w:p>
    <w:p>
      <w:pPr>
        <w:spacing w:before="160" w:after="80"/>
        <w:jc w:val="both"/>
      </w:pPr>
      <w:r>
        <w:rPr>
          <w:b w:val="0"/>
          <w:sz w:val="22"/>
        </w:rPr>
        <w:t>Questao 1 - Substitua este texto pelo enunciado da primeira questao. O enunciado pode ter varias linhas e vir acompanhado de uma imagem.</w:t>
      </w:r>
    </w:p>
    <w:p>
      <w:pPr>
        <w:spacing w:before="0" w:after="20"/>
      </w:pPr>
      <w:r>
        <w:rPr>
          <w:b w:val="0"/>
          <w:sz w:val="22"/>
        </w:rPr>
        <w:t>A) Primeira alternativa</w:t>
      </w:r>
    </w:p>
    <w:p>
      <w:pPr>
        <w:spacing w:before="0" w:after="20"/>
      </w:pPr>
      <w:r>
        <w:rPr>
          <w:b w:val="0"/>
          <w:sz w:val="22"/>
        </w:rPr>
        <w:t>B) Segunda alternativa</w:t>
      </w:r>
    </w:p>
    <w:p>
      <w:pPr>
        <w:spacing w:before="0" w:after="20"/>
      </w:pPr>
      <w:r>
        <w:rPr>
          <w:b w:val="0"/>
          <w:sz w:val="22"/>
        </w:rPr>
        <w:t>C) Terceira alternativa</w:t>
      </w:r>
    </w:p>
    <w:p>
      <w:pPr>
        <w:spacing w:before="0" w:after="20"/>
      </w:pPr>
      <w:r>
        <w:rPr>
          <w:b w:val="0"/>
          <w:sz w:val="22"/>
        </w:rPr>
        <w:t>D) Quarta alternativa</w:t>
      </w:r>
    </w:p>
    <w:p>
      <w:pPr>
        <w:spacing w:before="160" w:after="80"/>
        <w:jc w:val="both"/>
      </w:pPr>
      <w:r>
        <w:rPr>
          <w:b w:val="0"/>
          <w:sz w:val="22"/>
        </w:rPr>
        <w:t>Questao 2 - Segunda questao. Se houver imagem, insira-a logo abaixo do trecho a que ela se refere - a ordem no arquivo e a ordem que vai para o portal.</w:t>
      </w:r>
    </w:p>
    <w:p>
      <w:pPr>
        <w:spacing w:before="0" w:after="20"/>
      </w:pPr>
      <w:r>
        <w:rPr>
          <w:b w:val="0"/>
          <w:sz w:val="22"/>
        </w:rPr>
        <w:t>A) Primeira alternativa</w:t>
      </w:r>
    </w:p>
    <w:p>
      <w:pPr>
        <w:spacing w:before="0" w:after="20"/>
      </w:pPr>
      <w:r>
        <w:rPr>
          <w:b w:val="0"/>
          <w:sz w:val="22"/>
        </w:rPr>
        <w:t>B) Segunda alternativa</w:t>
      </w:r>
    </w:p>
    <w:p>
      <w:pPr>
        <w:spacing w:before="0" w:after="20"/>
      </w:pPr>
      <w:r>
        <w:rPr>
          <w:b w:val="0"/>
          <w:sz w:val="22"/>
        </w:rPr>
        <w:t>C) Terceira alternativa</w:t>
      </w:r>
    </w:p>
    <w:p>
      <w:pPr>
        <w:spacing w:before="0" w:after="20"/>
      </w:pPr>
      <w:r>
        <w:rPr>
          <w:b w:val="0"/>
          <w:sz w:val="22"/>
        </w:rPr>
        <w:t>D) Quarta alternativa</w:t>
      </w:r>
    </w:p>
    <w:p>
      <w:pPr>
        <w:spacing w:before="160" w:after="80"/>
        <w:jc w:val="both"/>
      </w:pPr>
      <w:r>
        <w:rPr>
          <w:b w:val="0"/>
          <w:sz w:val="22"/>
        </w:rPr>
        <w:t>Questao 3 - Questao discursiva: basta nao colocar alternativas. Ela sera lancada no portal como resposta aberta.</w:t>
      </w:r>
    </w:p>
    <w:p>
      <w:pPr>
        <w:spacing w:before="0" w:after="20"/>
      </w:pPr>
      <w:r>
        <w:rPr>
          <w:b w:val="0"/>
          <w:sz w:val="22"/>
        </w:rPr>
        <w:t>__________________________________</w:t>
      </w:r>
    </w:p>
    <w:p>
      <w:pPr>
        <w:spacing w:before="0" w:after="20"/>
      </w:pPr>
      <w:r>
        <w:rPr>
          <w:b w:val="0"/>
          <w:sz w:val="22"/>
        </w:rPr>
        <w:t>__________________________________</w:t>
      </w:r>
    </w:p>
    <w:p>
      <w:pPr>
        <w:spacing w:before="0" w:after="20"/>
      </w:pPr>
      <w:r>
        <w:rPr>
          <w:b w:val="0"/>
          <w:sz w:val="22"/>
        </w:rPr>
        <w:t>__________________________________</w:t>
      </w:r>
    </w:p>
    <w:sectPr w:rsidR="00FC693F" w:rsidRPr="0006063C" w:rsidSect="00034616">
      <w:type w:val="continuous"/>
      <w:pgSz w:w="12240" w:h="15840"/>
      <w:pgMar w:top="850" w:right="1020" w:bottom="850" w:left="1020" w:header="720" w:footer="720" w:gutter="0"/>
      <w:cols w:space="425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